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DB7" w:rsidRPr="0008126B" w:rsidRDefault="0008126B">
      <w:pPr>
        <w:pStyle w:val="Ttulo1"/>
        <w:rPr>
          <w:lang w:val="es-MX"/>
        </w:rPr>
      </w:pPr>
      <w:r w:rsidRPr="0008126B">
        <w:rPr>
          <w:lang w:val="es-MX"/>
        </w:rPr>
        <w:t>CONTRATO DE COMPRA–VENTA A CRÉDITO Y RECONOCIMIENTO DE DEUDA</w:t>
      </w:r>
    </w:p>
    <w:p w:rsidR="00D20DB7" w:rsidRPr="0008126B" w:rsidRDefault="0008126B">
      <w:pPr>
        <w:rPr>
          <w:lang w:val="es-MX"/>
        </w:rPr>
      </w:pPr>
      <w:r w:rsidRPr="0008126B">
        <w:rPr>
          <w:lang w:val="es-MX"/>
        </w:rPr>
        <w:t>Entre los comparecientes, por una parte:</w:t>
      </w:r>
      <w:r w:rsidRPr="0008126B">
        <w:rPr>
          <w:lang w:val="es-MX"/>
        </w:rPr>
        <w:br/>
      </w:r>
      <w:r w:rsidRPr="0008126B">
        <w:rPr>
          <w:lang w:val="es-MX"/>
        </w:rPr>
        <w:br/>
        <w:t>VENDEDOR: ________________________________________,</w:t>
      </w:r>
      <w:r w:rsidRPr="0008126B">
        <w:rPr>
          <w:lang w:val="es-MX"/>
        </w:rPr>
        <w:br/>
        <w:t>con cédula de ciudadanía N.º ____________________, con domicilio en ______________________________.</w:t>
      </w:r>
      <w:r w:rsidRPr="0008126B">
        <w:rPr>
          <w:lang w:val="es-MX"/>
        </w:rPr>
        <w:br/>
      </w:r>
      <w:r w:rsidRPr="0008126B">
        <w:rPr>
          <w:lang w:val="es-MX"/>
        </w:rPr>
        <w:br/>
        <w:t>Y por otra parte:</w:t>
      </w:r>
      <w:r w:rsidRPr="0008126B">
        <w:rPr>
          <w:lang w:val="es-MX"/>
        </w:rPr>
        <w:br/>
      </w:r>
      <w:r w:rsidRPr="0008126B">
        <w:rPr>
          <w:lang w:val="es-MX"/>
        </w:rPr>
        <w:br/>
        <w:t>COMPRADOR: ________________________________________,</w:t>
      </w:r>
      <w:r w:rsidRPr="0008126B">
        <w:rPr>
          <w:lang w:val="es-MX"/>
        </w:rPr>
        <w:br/>
        <w:t>con cédula de ciudadanía N.º ____________________, con domicilio en ______________________________.</w:t>
      </w:r>
      <w:r w:rsidRPr="0008126B">
        <w:rPr>
          <w:lang w:val="es-MX"/>
        </w:rPr>
        <w:br/>
      </w:r>
      <w:r w:rsidRPr="0008126B">
        <w:rPr>
          <w:lang w:val="es-MX"/>
        </w:rPr>
        <w:br/>
        <w:t>Los comparecientes, en pleno uso de sus derechos, acuerdan celebrar el presente co</w:t>
      </w:r>
      <w:r w:rsidRPr="0008126B">
        <w:rPr>
          <w:lang w:val="es-MX"/>
        </w:rPr>
        <w:t>ntrato de compra‑venta a crédito, al tenor de las siguientes cláusulas:</w:t>
      </w:r>
    </w:p>
    <w:p w:rsidR="00D20DB7" w:rsidRPr="0008126B" w:rsidRDefault="0008126B">
      <w:pPr>
        <w:pStyle w:val="Ttulo2"/>
        <w:rPr>
          <w:lang w:val="es-MX"/>
        </w:rPr>
      </w:pPr>
      <w:r w:rsidRPr="0008126B">
        <w:rPr>
          <w:lang w:val="es-MX"/>
        </w:rPr>
        <w:t>PRIMERA: OBJETO DEL CONTRATO</w:t>
      </w:r>
    </w:p>
    <w:p w:rsidR="00D20DB7" w:rsidRPr="0008126B" w:rsidRDefault="0008126B">
      <w:pPr>
        <w:rPr>
          <w:lang w:val="es-MX"/>
        </w:rPr>
      </w:pPr>
      <w:r w:rsidRPr="0008126B">
        <w:rPr>
          <w:lang w:val="es-MX"/>
        </w:rPr>
        <w:t>El VENDEDOR vende al COMPRADOR una motocicleta con las siguientes características:</w:t>
      </w:r>
      <w:r w:rsidRPr="0008126B">
        <w:rPr>
          <w:lang w:val="es-MX"/>
        </w:rPr>
        <w:br/>
      </w:r>
      <w:r w:rsidRPr="0008126B">
        <w:rPr>
          <w:lang w:val="es-MX"/>
        </w:rPr>
        <w:br/>
        <w:t>Marca: ____________________</w:t>
      </w:r>
      <w:r w:rsidRPr="0008126B">
        <w:rPr>
          <w:lang w:val="es-MX"/>
        </w:rPr>
        <w:br/>
        <w:t>Modelo: ____________________</w:t>
      </w:r>
      <w:r w:rsidRPr="0008126B">
        <w:rPr>
          <w:lang w:val="es-MX"/>
        </w:rPr>
        <w:br/>
        <w:t>Año: _________</w:t>
      </w:r>
      <w:r w:rsidRPr="0008126B">
        <w:rPr>
          <w:lang w:val="es-MX"/>
        </w:rPr>
        <w:t>___________</w:t>
      </w:r>
      <w:r w:rsidRPr="0008126B">
        <w:rPr>
          <w:lang w:val="es-MX"/>
        </w:rPr>
        <w:br/>
        <w:t>Color: ____________________</w:t>
      </w:r>
      <w:r w:rsidRPr="0008126B">
        <w:rPr>
          <w:lang w:val="es-MX"/>
        </w:rPr>
        <w:br/>
        <w:t>Número de chasis: ____________________</w:t>
      </w:r>
      <w:r w:rsidRPr="0008126B">
        <w:rPr>
          <w:lang w:val="es-MX"/>
        </w:rPr>
        <w:br/>
        <w:t>Número de motor: ____________________</w:t>
      </w:r>
      <w:r w:rsidRPr="0008126B">
        <w:rPr>
          <w:lang w:val="es-MX"/>
        </w:rPr>
        <w:br/>
      </w:r>
      <w:r w:rsidRPr="0008126B">
        <w:rPr>
          <w:lang w:val="es-MX"/>
        </w:rPr>
        <w:br/>
        <w:t>El COMPRADOR declara recibir la motocicleta en buen estado y conforme a sus condiciones actuales.</w:t>
      </w:r>
    </w:p>
    <w:p w:rsidR="00D20DB7" w:rsidRPr="0008126B" w:rsidRDefault="0008126B">
      <w:pPr>
        <w:pStyle w:val="Ttulo2"/>
        <w:rPr>
          <w:lang w:val="es-MX"/>
        </w:rPr>
      </w:pPr>
      <w:r w:rsidRPr="0008126B">
        <w:rPr>
          <w:lang w:val="es-MX"/>
        </w:rPr>
        <w:t>SEGUNDA: PRECIO</w:t>
      </w:r>
    </w:p>
    <w:p w:rsidR="00D20DB7" w:rsidRPr="0008126B" w:rsidRDefault="0008126B">
      <w:pPr>
        <w:rPr>
          <w:lang w:val="es-MX"/>
        </w:rPr>
      </w:pPr>
      <w:r w:rsidRPr="0008126B">
        <w:rPr>
          <w:lang w:val="es-MX"/>
        </w:rPr>
        <w:t>El precio total de la mo</w:t>
      </w:r>
      <w:r w:rsidRPr="0008126B">
        <w:rPr>
          <w:lang w:val="es-MX"/>
        </w:rPr>
        <w:t>tocicleta es acordado por las partes en la cantidad de:</w:t>
      </w:r>
      <w:r w:rsidRPr="0008126B">
        <w:rPr>
          <w:lang w:val="es-MX"/>
        </w:rPr>
        <w:br/>
      </w:r>
      <w:r w:rsidRPr="0008126B">
        <w:rPr>
          <w:lang w:val="es-MX"/>
        </w:rPr>
        <w:br/>
        <w:t>DOS MIL DOSCIENTOS SESENTA DÓLARES DE LOS ESTADOS UNIDOS DE AMÉRICA (USD $2.260).</w:t>
      </w:r>
    </w:p>
    <w:p w:rsidR="00D20DB7" w:rsidRPr="0008126B" w:rsidRDefault="0008126B">
      <w:pPr>
        <w:pStyle w:val="Ttulo2"/>
        <w:rPr>
          <w:lang w:val="es-MX"/>
        </w:rPr>
      </w:pPr>
      <w:r w:rsidRPr="0008126B">
        <w:rPr>
          <w:lang w:val="es-MX"/>
        </w:rPr>
        <w:t>TERCERA: FORMA DE PAGO</w:t>
      </w:r>
    </w:p>
    <w:p w:rsidR="00D20DB7" w:rsidRPr="0008126B" w:rsidRDefault="0008126B">
      <w:pPr>
        <w:rPr>
          <w:lang w:val="es-MX"/>
        </w:rPr>
      </w:pPr>
      <w:r w:rsidRPr="0008126B">
        <w:rPr>
          <w:lang w:val="es-MX"/>
        </w:rPr>
        <w:t>El COMPRADOR se compromete a pagar el valor del vehículo de la siguiente manera:</w:t>
      </w:r>
      <w:r w:rsidRPr="0008126B">
        <w:rPr>
          <w:lang w:val="es-MX"/>
        </w:rPr>
        <w:br/>
      </w:r>
      <w:r w:rsidRPr="0008126B">
        <w:rPr>
          <w:lang w:val="es-MX"/>
        </w:rPr>
        <w:br/>
        <w:t>• Entrada in</w:t>
      </w:r>
      <w:r w:rsidRPr="0008126B">
        <w:rPr>
          <w:lang w:val="es-MX"/>
        </w:rPr>
        <w:t>icial: USD $100 pagados al momento de la firma del presente contrato.</w:t>
      </w:r>
      <w:r w:rsidRPr="0008126B">
        <w:rPr>
          <w:lang w:val="es-MX"/>
        </w:rPr>
        <w:br/>
        <w:t>• Saldo financiado: pagadero en 36 cuotas mensuales de USD $60 cada una.</w:t>
      </w:r>
      <w:r w:rsidRPr="0008126B">
        <w:rPr>
          <w:lang w:val="es-MX"/>
        </w:rPr>
        <w:br/>
      </w:r>
      <w:r w:rsidRPr="0008126B">
        <w:rPr>
          <w:lang w:val="es-MX"/>
        </w:rPr>
        <w:br/>
      </w:r>
      <w:r w:rsidRPr="0008126B">
        <w:rPr>
          <w:lang w:val="es-MX"/>
        </w:rPr>
        <w:lastRenderedPageBreak/>
        <w:t>Las cuotas deberán ser canceladas cada mes en la fecha ______ de cada mes, iniciando el día ______ del mes _____</w:t>
      </w:r>
      <w:r w:rsidRPr="0008126B">
        <w:rPr>
          <w:lang w:val="es-MX"/>
        </w:rPr>
        <w:t>_____ del año ______.</w:t>
      </w:r>
    </w:p>
    <w:p w:rsidR="00D20DB7" w:rsidRPr="0008126B" w:rsidRDefault="0008126B">
      <w:pPr>
        <w:pStyle w:val="Ttulo2"/>
        <w:rPr>
          <w:lang w:val="es-MX"/>
        </w:rPr>
      </w:pPr>
      <w:r w:rsidRPr="0008126B">
        <w:rPr>
          <w:lang w:val="es-MX"/>
        </w:rPr>
        <w:t>CUARTA: MORA</w:t>
      </w:r>
    </w:p>
    <w:p w:rsidR="00D20DB7" w:rsidRPr="0008126B" w:rsidRDefault="0008126B">
      <w:pPr>
        <w:rPr>
          <w:lang w:val="es-MX"/>
        </w:rPr>
      </w:pPr>
      <w:r w:rsidRPr="0008126B">
        <w:rPr>
          <w:lang w:val="es-MX"/>
        </w:rPr>
        <w:t>En caso de atraso en el pago de cualquiera de las cuotas, el COMPRADOR incurrirá en mora automática, sin necesidad de notificación previa.</w:t>
      </w:r>
      <w:r w:rsidRPr="0008126B">
        <w:rPr>
          <w:lang w:val="es-MX"/>
        </w:rPr>
        <w:br/>
      </w:r>
      <w:r w:rsidRPr="0008126B">
        <w:rPr>
          <w:lang w:val="es-MX"/>
        </w:rPr>
        <w:br/>
        <w:t>Si el atraso supera 30 días, el VENDEDOR tendrá derecho a exigir el pago total in</w:t>
      </w:r>
      <w:r w:rsidRPr="0008126B">
        <w:rPr>
          <w:lang w:val="es-MX"/>
        </w:rPr>
        <w:t>mediato de la deuda pendiente o recuperar la motocicleta, sin perjuicio de exigir el pago de valores adeudados.</w:t>
      </w:r>
    </w:p>
    <w:p w:rsidR="00D20DB7" w:rsidRPr="0008126B" w:rsidRDefault="0008126B">
      <w:pPr>
        <w:pStyle w:val="Ttulo2"/>
        <w:rPr>
          <w:lang w:val="es-MX"/>
        </w:rPr>
      </w:pPr>
      <w:r w:rsidRPr="0008126B">
        <w:rPr>
          <w:lang w:val="es-MX"/>
        </w:rPr>
        <w:t>QUINTA: RESPONSABILIDAD Y COMPROMISO DE PAGO</w:t>
      </w:r>
    </w:p>
    <w:p w:rsidR="00D20DB7" w:rsidRPr="0008126B" w:rsidRDefault="0008126B">
      <w:pPr>
        <w:rPr>
          <w:lang w:val="es-MX"/>
        </w:rPr>
      </w:pPr>
      <w:r w:rsidRPr="0008126B">
        <w:rPr>
          <w:lang w:val="es-MX"/>
        </w:rPr>
        <w:t>El COMPRADOR reconoce expresamente la deuda adquirida mediante este contrato y se compromete a cump</w:t>
      </w:r>
      <w:r w:rsidRPr="0008126B">
        <w:rPr>
          <w:lang w:val="es-MX"/>
        </w:rPr>
        <w:t>lir puntualmente con el pago de las cuotas establecidas.</w:t>
      </w:r>
      <w:r w:rsidRPr="0008126B">
        <w:rPr>
          <w:lang w:val="es-MX"/>
        </w:rPr>
        <w:br/>
      </w:r>
      <w:r w:rsidRPr="0008126B">
        <w:rPr>
          <w:lang w:val="es-MX"/>
        </w:rPr>
        <w:br/>
        <w:t>El incumplimiento de este contrato podrá dar lugar a acciones legales correspondientes, incluyendo demandas civiles y/o denuncias ante las autoridades competentes, con todas las consecuencias legale</w:t>
      </w:r>
      <w:r w:rsidRPr="0008126B">
        <w:rPr>
          <w:lang w:val="es-MX"/>
        </w:rPr>
        <w:t>s que esto implique, incluyendo costos judiciales y honorarios legales.</w:t>
      </w:r>
    </w:p>
    <w:p w:rsidR="00D20DB7" w:rsidRPr="0008126B" w:rsidRDefault="0008126B">
      <w:pPr>
        <w:pStyle w:val="Ttulo2"/>
        <w:rPr>
          <w:lang w:val="es-MX"/>
        </w:rPr>
      </w:pPr>
      <w:r w:rsidRPr="0008126B">
        <w:rPr>
          <w:lang w:val="es-MX"/>
        </w:rPr>
        <w:t>SEXTA: USO Y RESPONSABILIDAD DEL VEHÍCULO</w:t>
      </w:r>
    </w:p>
    <w:p w:rsidR="00D20DB7" w:rsidRPr="0008126B" w:rsidRDefault="0008126B">
      <w:pPr>
        <w:rPr>
          <w:lang w:val="es-MX"/>
        </w:rPr>
      </w:pPr>
      <w:r w:rsidRPr="0008126B">
        <w:rPr>
          <w:lang w:val="es-MX"/>
        </w:rPr>
        <w:t>Desde el momento de la entrega, el COMPRADOR será totalmente responsable del uso, mantenimiento, multas, daños o accidentes que puedan ocurrir</w:t>
      </w:r>
      <w:r w:rsidRPr="0008126B">
        <w:rPr>
          <w:lang w:val="es-MX"/>
        </w:rPr>
        <w:t xml:space="preserve"> con la motocicleta.</w:t>
      </w:r>
    </w:p>
    <w:p w:rsidR="00D20DB7" w:rsidRPr="0008126B" w:rsidRDefault="0008126B">
      <w:pPr>
        <w:pStyle w:val="Ttulo2"/>
        <w:rPr>
          <w:lang w:val="es-MX"/>
        </w:rPr>
      </w:pPr>
      <w:r w:rsidRPr="0008126B">
        <w:rPr>
          <w:lang w:val="es-MX"/>
        </w:rPr>
        <w:t>SÉPTIMA: JURISDICCIÓN</w:t>
      </w:r>
    </w:p>
    <w:p w:rsidR="00D20DB7" w:rsidRPr="0008126B" w:rsidRDefault="0008126B">
      <w:pPr>
        <w:rPr>
          <w:lang w:val="es-MX"/>
        </w:rPr>
      </w:pPr>
      <w:r w:rsidRPr="0008126B">
        <w:rPr>
          <w:lang w:val="es-MX"/>
        </w:rPr>
        <w:t>Para cualquier controversia derivada del presente contrato, las partes se someten a la jurisdicción de las autoridades judiciales de la ciudad de __________________________, Ecuador.</w:t>
      </w:r>
    </w:p>
    <w:p w:rsidR="00D20DB7" w:rsidRDefault="0008126B">
      <w:pPr>
        <w:pStyle w:val="Ttulo2"/>
      </w:pPr>
      <w:r>
        <w:t>OCTAVA: ACEPTACIÓN</w:t>
      </w:r>
    </w:p>
    <w:p w:rsidR="00D20DB7" w:rsidRPr="0008126B" w:rsidRDefault="0008126B">
      <w:pPr>
        <w:rPr>
          <w:lang w:val="es-MX"/>
        </w:rPr>
      </w:pPr>
      <w:r w:rsidRPr="0008126B">
        <w:rPr>
          <w:lang w:val="es-MX"/>
        </w:rPr>
        <w:t xml:space="preserve">Las partes </w:t>
      </w:r>
      <w:r w:rsidRPr="0008126B">
        <w:rPr>
          <w:lang w:val="es-MX"/>
        </w:rPr>
        <w:t>declaran haber leído y entendido el presente contrato y firman en señal de aceptación.</w:t>
      </w:r>
      <w:r w:rsidRPr="0008126B">
        <w:rPr>
          <w:lang w:val="es-MX"/>
        </w:rPr>
        <w:br/>
      </w:r>
      <w:r w:rsidRPr="0008126B">
        <w:rPr>
          <w:lang w:val="es-MX"/>
        </w:rPr>
        <w:br/>
        <w:t>Lugar y fecha: ______________________________________</w:t>
      </w:r>
      <w:r w:rsidRPr="0008126B">
        <w:rPr>
          <w:lang w:val="es-MX"/>
        </w:rPr>
        <w:br/>
      </w:r>
      <w:r w:rsidRPr="0008126B">
        <w:rPr>
          <w:lang w:val="es-MX"/>
        </w:rPr>
        <w:br/>
        <w:t>EL VENDEDOR</w:t>
      </w:r>
      <w:r w:rsidRPr="0008126B">
        <w:rPr>
          <w:lang w:val="es-MX"/>
        </w:rPr>
        <w:br/>
        <w:t>Firma: __________________________</w:t>
      </w:r>
      <w:r w:rsidRPr="0008126B">
        <w:rPr>
          <w:lang w:val="es-MX"/>
        </w:rPr>
        <w:br/>
        <w:t>Nombre: __________________________</w:t>
      </w:r>
      <w:r w:rsidRPr="0008126B">
        <w:rPr>
          <w:lang w:val="es-MX"/>
        </w:rPr>
        <w:br/>
        <w:t>Cédula: ________________________</w:t>
      </w:r>
      <w:r w:rsidRPr="0008126B">
        <w:rPr>
          <w:lang w:val="es-MX"/>
        </w:rPr>
        <w:t>__</w:t>
      </w:r>
      <w:r w:rsidRPr="0008126B">
        <w:rPr>
          <w:lang w:val="es-MX"/>
        </w:rPr>
        <w:br/>
      </w:r>
      <w:r w:rsidRPr="0008126B">
        <w:rPr>
          <w:lang w:val="es-MX"/>
        </w:rPr>
        <w:br/>
        <w:t>EL COMPRADOR</w:t>
      </w:r>
      <w:r w:rsidRPr="0008126B">
        <w:rPr>
          <w:lang w:val="es-MX"/>
        </w:rPr>
        <w:br/>
        <w:t>Firma: __________________________</w:t>
      </w:r>
      <w:r w:rsidRPr="0008126B">
        <w:rPr>
          <w:lang w:val="es-MX"/>
        </w:rPr>
        <w:br/>
        <w:t>Nombre: __________________________</w:t>
      </w:r>
      <w:r w:rsidRPr="0008126B">
        <w:rPr>
          <w:lang w:val="es-MX"/>
        </w:rPr>
        <w:br/>
        <w:t>Cédula: __________________________</w:t>
      </w:r>
      <w:r w:rsidRPr="0008126B">
        <w:rPr>
          <w:lang w:val="es-MX"/>
        </w:rPr>
        <w:br/>
      </w:r>
      <w:bookmarkStart w:id="0" w:name="_GoBack"/>
      <w:bookmarkEnd w:id="0"/>
    </w:p>
    <w:sectPr w:rsidR="00D20DB7" w:rsidRPr="0008126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8126B"/>
    <w:rsid w:val="0015074B"/>
    <w:rsid w:val="0029639D"/>
    <w:rsid w:val="00326F90"/>
    <w:rsid w:val="00AA1D8D"/>
    <w:rsid w:val="00B47730"/>
    <w:rsid w:val="00CB0664"/>
    <w:rsid w:val="00D20DB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A822C0"/>
  <w14:defaultImageDpi w14:val="300"/>
  <w15:docId w15:val="{E97815E2-6E5F-423C-849F-9798585B9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A1ADA5-E8F4-403E-9AC0-78B334D47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Producción</cp:lastModifiedBy>
  <cp:revision>2</cp:revision>
  <dcterms:created xsi:type="dcterms:W3CDTF">2013-12-23T23:15:00Z</dcterms:created>
  <dcterms:modified xsi:type="dcterms:W3CDTF">2026-03-11T18:10:00Z</dcterms:modified>
  <cp:category/>
</cp:coreProperties>
</file>